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5212FBF" w14:textId="4C92EEBB" w:rsidR="00B43E0F" w:rsidRPr="00476B76" w:rsidRDefault="00476B76">
      <w:pPr>
        <w:jc w:val="center"/>
        <w:rPr>
          <w:sz w:val="24"/>
        </w:rPr>
      </w:pPr>
      <w:r w:rsidRPr="00476B76">
        <w:rPr>
          <w:b/>
          <w:sz w:val="34"/>
        </w:rPr>
        <w:t>TO WHOM IT MAY CONCERN</w:t>
      </w:r>
    </w:p>
    <w:p w14:paraId="768D3961" w14:textId="5B575886" w:rsidR="00B43E0F" w:rsidRDefault="00DA6AF9">
      <w:r>
        <w:br/>
        <w:t>Company Name: __________________________</w:t>
      </w:r>
      <w:r w:rsidR="00476B76">
        <w:t xml:space="preserve"> </w:t>
      </w:r>
      <w:r w:rsidR="00476B76">
        <w:tab/>
      </w:r>
      <w:r>
        <w:t>Company Address: ________________________</w:t>
      </w:r>
    </w:p>
    <w:p w14:paraId="6A17BF09" w14:textId="40EBE77E" w:rsidR="00B43E0F" w:rsidRDefault="00DA6AF9">
      <w:r>
        <w:t>Phone Number: ___________________________</w:t>
      </w:r>
      <w:r w:rsidR="00476B76">
        <w:t xml:space="preserve"> </w:t>
      </w:r>
      <w:r w:rsidR="00476B76">
        <w:tab/>
      </w:r>
      <w:r>
        <w:t>Email Address: __________________________</w:t>
      </w:r>
    </w:p>
    <w:p w14:paraId="2C08B1E9" w14:textId="77777777" w:rsidR="00B43E0F" w:rsidRDefault="00DA6AF9">
      <w:r>
        <w:br/>
        <w:t xml:space="preserve">This is to certify that [Employee Name], Employee ID </w:t>
      </w:r>
      <w:r>
        <w:t>[Employee ID], is employed with [Company Name] as a [Designation] in the [Department] department since [Joining Date].</w:t>
      </w:r>
      <w:r>
        <w:br/>
      </w:r>
      <w:r>
        <w:br/>
        <w:t>The employee currently receives a monthly gross salary of [Amount] [Currency].</w:t>
      </w:r>
      <w:r>
        <w:br/>
      </w:r>
      <w:r>
        <w:br/>
        <w:t>This certificate has been issued upon the employee's req</w:t>
      </w:r>
      <w:r>
        <w:t>uest for [Purpose] and may be presented wherever required.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4320"/>
        <w:gridCol w:w="4320"/>
      </w:tblGrid>
      <w:tr w:rsidR="00B43E0F" w14:paraId="384A4560" w14:textId="77777777">
        <w:tc>
          <w:tcPr>
            <w:tcW w:w="4320" w:type="dxa"/>
          </w:tcPr>
          <w:p w14:paraId="649DF1DD" w14:textId="77777777" w:rsidR="00B43E0F" w:rsidRDefault="00DA6AF9">
            <w:r>
              <w:t>Salary Component</w:t>
            </w:r>
          </w:p>
        </w:tc>
        <w:tc>
          <w:tcPr>
            <w:tcW w:w="4320" w:type="dxa"/>
          </w:tcPr>
          <w:p w14:paraId="1A548A4C" w14:textId="77777777" w:rsidR="00B43E0F" w:rsidRDefault="00DA6AF9">
            <w:r>
              <w:t>Amount</w:t>
            </w:r>
          </w:p>
        </w:tc>
      </w:tr>
      <w:tr w:rsidR="00B43E0F" w14:paraId="1E3EEA49" w14:textId="77777777">
        <w:tc>
          <w:tcPr>
            <w:tcW w:w="4320" w:type="dxa"/>
          </w:tcPr>
          <w:p w14:paraId="14543D75" w14:textId="77777777" w:rsidR="00B43E0F" w:rsidRDefault="00DA6AF9">
            <w:r>
              <w:t>Basic Salary</w:t>
            </w:r>
          </w:p>
        </w:tc>
        <w:tc>
          <w:tcPr>
            <w:tcW w:w="4320" w:type="dxa"/>
          </w:tcPr>
          <w:p w14:paraId="7EC67336" w14:textId="77777777" w:rsidR="00B43E0F" w:rsidRDefault="00DA6AF9">
            <w:r>
              <w:t>[Amount]</w:t>
            </w:r>
          </w:p>
        </w:tc>
      </w:tr>
      <w:tr w:rsidR="00B43E0F" w14:paraId="032D94E1" w14:textId="77777777">
        <w:tc>
          <w:tcPr>
            <w:tcW w:w="4320" w:type="dxa"/>
          </w:tcPr>
          <w:p w14:paraId="6EAEBC2C" w14:textId="77777777" w:rsidR="00B43E0F" w:rsidRDefault="00DA6AF9">
            <w:r>
              <w:t>House Rent Allowance</w:t>
            </w:r>
          </w:p>
        </w:tc>
        <w:tc>
          <w:tcPr>
            <w:tcW w:w="4320" w:type="dxa"/>
          </w:tcPr>
          <w:p w14:paraId="4075D307" w14:textId="77777777" w:rsidR="00B43E0F" w:rsidRDefault="00DA6AF9">
            <w:r>
              <w:t>[Amount]</w:t>
            </w:r>
          </w:p>
        </w:tc>
      </w:tr>
      <w:tr w:rsidR="00B43E0F" w14:paraId="661AF9C8" w14:textId="77777777">
        <w:tc>
          <w:tcPr>
            <w:tcW w:w="4320" w:type="dxa"/>
          </w:tcPr>
          <w:p w14:paraId="06B52D58" w14:textId="77777777" w:rsidR="00B43E0F" w:rsidRDefault="00DA6AF9">
            <w:r>
              <w:t>Medical Allowance</w:t>
            </w:r>
          </w:p>
        </w:tc>
        <w:tc>
          <w:tcPr>
            <w:tcW w:w="4320" w:type="dxa"/>
          </w:tcPr>
          <w:p w14:paraId="6F9945E3" w14:textId="77777777" w:rsidR="00B43E0F" w:rsidRDefault="00DA6AF9">
            <w:r>
              <w:t>[Amount]</w:t>
            </w:r>
          </w:p>
        </w:tc>
      </w:tr>
      <w:tr w:rsidR="00B43E0F" w14:paraId="07312CAC" w14:textId="77777777">
        <w:tc>
          <w:tcPr>
            <w:tcW w:w="4320" w:type="dxa"/>
          </w:tcPr>
          <w:p w14:paraId="33ED66F7" w14:textId="77777777" w:rsidR="00B43E0F" w:rsidRDefault="00DA6AF9">
            <w:r>
              <w:t>Transport Allowance</w:t>
            </w:r>
          </w:p>
        </w:tc>
        <w:tc>
          <w:tcPr>
            <w:tcW w:w="4320" w:type="dxa"/>
          </w:tcPr>
          <w:p w14:paraId="3593EE7E" w14:textId="77777777" w:rsidR="00B43E0F" w:rsidRDefault="00DA6AF9">
            <w:r>
              <w:t>[Amount]</w:t>
            </w:r>
          </w:p>
        </w:tc>
      </w:tr>
      <w:tr w:rsidR="00B43E0F" w14:paraId="4FA02E49" w14:textId="77777777">
        <w:tc>
          <w:tcPr>
            <w:tcW w:w="4320" w:type="dxa"/>
          </w:tcPr>
          <w:p w14:paraId="048B6E3F" w14:textId="77777777" w:rsidR="00B43E0F" w:rsidRDefault="00DA6AF9">
            <w:r>
              <w:t>Other Allowances</w:t>
            </w:r>
          </w:p>
        </w:tc>
        <w:tc>
          <w:tcPr>
            <w:tcW w:w="4320" w:type="dxa"/>
          </w:tcPr>
          <w:p w14:paraId="74111D5B" w14:textId="77777777" w:rsidR="00B43E0F" w:rsidRDefault="00DA6AF9">
            <w:r>
              <w:t>[Amount]</w:t>
            </w:r>
          </w:p>
        </w:tc>
      </w:tr>
      <w:tr w:rsidR="00B43E0F" w14:paraId="5BB4BA2A" w14:textId="77777777">
        <w:tc>
          <w:tcPr>
            <w:tcW w:w="4320" w:type="dxa"/>
          </w:tcPr>
          <w:p w14:paraId="4F1C74AB" w14:textId="77777777" w:rsidR="00B43E0F" w:rsidRDefault="00DA6AF9">
            <w:r>
              <w:t>Gross Salary</w:t>
            </w:r>
          </w:p>
        </w:tc>
        <w:tc>
          <w:tcPr>
            <w:tcW w:w="4320" w:type="dxa"/>
          </w:tcPr>
          <w:p w14:paraId="11B4AF46" w14:textId="77777777" w:rsidR="00B43E0F" w:rsidRDefault="00DA6AF9">
            <w:r>
              <w:t>[Amount]</w:t>
            </w:r>
          </w:p>
        </w:tc>
      </w:tr>
      <w:tr w:rsidR="00B43E0F" w14:paraId="053994C7" w14:textId="77777777">
        <w:tc>
          <w:tcPr>
            <w:tcW w:w="4320" w:type="dxa"/>
          </w:tcPr>
          <w:p w14:paraId="3F56BDC4" w14:textId="77777777" w:rsidR="00B43E0F" w:rsidRDefault="00DA6AF9">
            <w:r>
              <w:t>Net Salary</w:t>
            </w:r>
          </w:p>
        </w:tc>
        <w:tc>
          <w:tcPr>
            <w:tcW w:w="4320" w:type="dxa"/>
          </w:tcPr>
          <w:p w14:paraId="7DBAE03E" w14:textId="77777777" w:rsidR="00B43E0F" w:rsidRDefault="00DA6AF9">
            <w:r>
              <w:t>[Amount]</w:t>
            </w:r>
          </w:p>
        </w:tc>
      </w:tr>
    </w:tbl>
    <w:p w14:paraId="0D0D394A" w14:textId="0DCBDD2F" w:rsidR="00B43E0F" w:rsidRDefault="00DA6AF9">
      <w:r>
        <w:br/>
        <w:t>Remarks:</w:t>
      </w:r>
      <w:r>
        <w:br/>
        <w:t>[Additional Notes]</w:t>
      </w:r>
    </w:p>
    <w:p w14:paraId="60F10C0B" w14:textId="77777777" w:rsidR="005F6BF5" w:rsidRDefault="005F6BF5"/>
    <w:p w14:paraId="2D4F5D51" w14:textId="77777777" w:rsidR="005F6BF5" w:rsidRDefault="005F6BF5"/>
    <w:tbl>
      <w:tblPr>
        <w:tblW w:w="0" w:type="auto"/>
        <w:tblLook w:val="04A0" w:firstRow="1" w:lastRow="0" w:firstColumn="1" w:lastColumn="0" w:noHBand="0" w:noVBand="1"/>
      </w:tblPr>
      <w:tblGrid>
        <w:gridCol w:w="2880"/>
      </w:tblGrid>
      <w:tr w:rsidR="005F6BF5" w14:paraId="01C2B65B" w14:textId="77777777">
        <w:tc>
          <w:tcPr>
            <w:tcW w:w="2880" w:type="dxa"/>
          </w:tcPr>
          <w:p w14:paraId="2CDBA7D7" w14:textId="77777777" w:rsidR="005F6BF5" w:rsidRDefault="005F6BF5">
            <w:r>
              <w:t>Authorized Signatory</w:t>
            </w:r>
          </w:p>
        </w:tc>
      </w:tr>
      <w:tr w:rsidR="005F6BF5" w14:paraId="62428C57" w14:textId="77777777">
        <w:tc>
          <w:tcPr>
            <w:tcW w:w="2880" w:type="dxa"/>
          </w:tcPr>
          <w:p w14:paraId="32437DEC" w14:textId="77777777" w:rsidR="005F6BF5" w:rsidRDefault="005F6BF5">
            <w:r>
              <w:t>Signature</w:t>
            </w:r>
          </w:p>
        </w:tc>
      </w:tr>
    </w:tbl>
    <w:p w14:paraId="0F2CB56F" w14:textId="77777777" w:rsidR="005E7B7A" w:rsidRDefault="005E7B7A"/>
    <w:p w14:paraId="2E0EDBFE" w14:textId="3ED1BC2C" w:rsidR="00B43E0F" w:rsidRDefault="00DA6AF9">
      <w:bookmarkStart w:id="0" w:name="_GoBack"/>
      <w:bookmarkEnd w:id="0"/>
      <w:r>
        <w:br/>
      </w:r>
    </w:p>
    <w:sectPr w:rsidR="00B43E0F" w:rsidSect="00034616">
      <w:footerReference w:type="default" r:id="rId8"/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35338BF" w14:textId="77777777" w:rsidR="00DA6AF9" w:rsidRDefault="00DA6AF9" w:rsidP="005F6BF5">
      <w:pPr>
        <w:spacing w:after="0" w:line="240" w:lineRule="auto"/>
      </w:pPr>
      <w:r>
        <w:separator/>
      </w:r>
    </w:p>
  </w:endnote>
  <w:endnote w:type="continuationSeparator" w:id="0">
    <w:p w14:paraId="13FCA491" w14:textId="77777777" w:rsidR="00DA6AF9" w:rsidRDefault="00DA6AF9" w:rsidP="005F6BF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auto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1510823" w14:textId="11D75B07" w:rsidR="005F6BF5" w:rsidRDefault="005F6BF5">
    <w:pPr>
      <w:pStyle w:val="Footer"/>
    </w:pPr>
    <w:r>
      <w:t>This is a computer-generated salary certificate and does not require a physical signature if issued electronically.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31A9F38" w14:textId="77777777" w:rsidR="00DA6AF9" w:rsidRDefault="00DA6AF9" w:rsidP="005F6BF5">
      <w:pPr>
        <w:spacing w:after="0" w:line="240" w:lineRule="auto"/>
      </w:pPr>
      <w:r>
        <w:separator/>
      </w:r>
    </w:p>
  </w:footnote>
  <w:footnote w:type="continuationSeparator" w:id="0">
    <w:p w14:paraId="7F778EB1" w14:textId="77777777" w:rsidR="00DA6AF9" w:rsidRDefault="00DA6AF9" w:rsidP="005F6BF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476B76"/>
    <w:rsid w:val="005E7B7A"/>
    <w:rsid w:val="005F6BF5"/>
    <w:rsid w:val="00AA1D8D"/>
    <w:rsid w:val="00B43E0F"/>
    <w:rsid w:val="00B47730"/>
    <w:rsid w:val="00CB0664"/>
    <w:rsid w:val="00DA6AF9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4D916615"/>
  <w14:defaultImageDpi w14:val="300"/>
  <w15:docId w15:val="{9D2D1E01-E615-4414-9BA8-5AAD13DCE0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Light" w:semiHidden="1" w:unhideWhenUsed="1"/>
    <w:lsdException w:name="Grid Table 1 Light" w:semiHidden="1" w:unhideWhenUsed="1"/>
    <w:lsdException w:name="Grid Table 2" w:semiHidden="1" w:unhideWhenUsed="1"/>
    <w:lsdException w:name="Grid Table 3" w:semiHidden="1" w:unhideWhenUsed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734357A8-DCCA-40E5-A3D8-09F95451D0E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124</Words>
  <Characters>713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836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M Hasan Saeed-FN</cp:lastModifiedBy>
  <cp:revision>4</cp:revision>
  <dcterms:created xsi:type="dcterms:W3CDTF">2013-12-23T23:15:00Z</dcterms:created>
  <dcterms:modified xsi:type="dcterms:W3CDTF">2026-06-11T08:45:00Z</dcterms:modified>
  <cp:category/>
</cp:coreProperties>
</file>